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季度项目复盘</w:t>
      </w:r>
    </w:p>
    <w:p>
      <w:r>
        <w:t>星河工作室</w:t>
      </w:r>
    </w:p>
    <w:p>
      <w:r>
        <w:t>2026 年第三季度</w:t>
      </w:r>
    </w:p>
    <w:p>
      <w:r>
        <w:t>练习案例中的机构和数据均为虚构。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pStyle w:val="Heading1"/>
      </w:pPr>
      <w:r>
        <w:t>一 本季度完成的工作</w:t>
      </w:r>
    </w:p>
    <w:p>
      <w:r>
        <w:t>本季度团队完成了客户资料整理、项目台账更新和交付清单复核。本文采用固定三页的练习结构，便于对照封面与正文页码。</w:t>
      </w:r>
    </w:p>
    <w:p>
      <w:pPr>
        <w:pStyle w:val="Heading2"/>
      </w:pPr>
      <w:r>
        <w:t>交付记录</w:t>
      </w:r>
    </w:p>
    <w:p>
      <w:r>
        <w:t>资料归档 12 份，项目台账 3 份，交付清单 4 份。复核时保留原始记录，修订后的版本单独命名。</w:t>
      </w:r>
    </w:p>
    <w:p>
      <w:pPr>
        <w:pStyle w:val="Heading2"/>
      </w:pPr>
      <w:r>
        <w:t>需要改进的地方</w:t>
      </w:r>
    </w:p>
    <w:p>
      <w:r>
        <w:t>部分文件命名不一致，增加了检索时间。下一季度将统一目录和文件命名规则，并为每项任务指定负责人。</w:t>
      </w:r>
    </w:p>
    <w:p>
      <w:r>
        <w:br w:type="page"/>
      </w:r>
    </w:p>
    <w:p>
      <w:pPr>
        <w:pStyle w:val="Heading1"/>
      </w:pPr>
      <w:r>
        <w:t>二 下季度行动计划</w:t>
      </w:r>
    </w:p>
    <w:p>
      <w:r>
        <w:t>先整理项目目录，再检查交付模板。每周五汇总未完成事项，并记录下周的优先任务。</w:t>
      </w:r>
    </w:p>
    <w:p>
      <w:pPr>
        <w:pStyle w:val="Heading2"/>
      </w:pPr>
      <w:r>
        <w:t>验收方法</w:t>
      </w:r>
    </w:p>
    <w:p>
      <w:r>
        <w:t>封面不显示页码。第一张正文页显示 1，第二张正文页显示 2。修改正文后再次检查分页和页脚。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>
      <w: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40"/>
    </w:pPr>
    <w:rPr>
      <w:rFonts w:ascii="Heiti SC" w:hAnsi="Heiti SC" w:eastAsia="Heiti SC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Heiti SC" w:hAnsi="Heiti SC" w:eastAsia="Heiti SC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Heiti SC" w:hAnsi="Heiti SC" w:eastAsia="Heiti SC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Heiti SC" w:hAnsi="Heiti SC" w:eastAsia="Heiti SC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季度项目复盘练习</dc:title>
  <dc:subject>封面不编号 正文从一开始</dc:subject>
  <dc:creator>ZZGCopilot</dc:creator>
  <cp:keywords/>
  <dc:description>generated by python-docx</dc:description>
  <cp:lastModifiedBy>ZZGCopilot</cp:lastModifiedBy>
  <cp:revision>1</cp:revision>
  <dcterms:created xsi:type="dcterms:W3CDTF">2013-12-23T23:15:00Z</dcterms:created>
  <dcterms:modified xsi:type="dcterms:W3CDTF">2013-12-23T23:15:00Z</dcterms:modified>
  <cp:category/>
</cp:coreProperties>
</file>